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SANTA MARIA INDIANS</w:t>
        <w:br/>
        <w:t>FALL BALL PLAYER APPLICATION</w:t>
      </w:r>
    </w:p>
    <w:p>
      <w:pPr>
        <w:jc w:val="center"/>
      </w:pPr>
      <w:r>
        <w:rPr>
          <w:b/>
        </w:rPr>
        <w:t>2026 Season</w:t>
        <w:br/>
      </w:r>
      <w:r>
        <w:t>Thank you for your interest in Santa Maria Indians Fall Ball! Please complete the information below. A parent or legal guardian must complete and sign this form for all players under 18 years of age.</w:t>
      </w:r>
    </w:p>
    <w:p>
      <w:pPr>
        <w:pStyle w:val="Heading2"/>
      </w:pPr>
      <w:r>
        <w:t>PLAYER INFORMATION</w:t>
      </w:r>
    </w:p>
    <w:p>
      <w:r>
        <w:t>Player Name: ________________________________</w:t>
      </w:r>
    </w:p>
    <w:p>
      <w:r>
        <w:t>Date of Birth: __________________ Age: ______</w:t>
      </w:r>
    </w:p>
    <w:p>
      <w:r>
        <w:t>Grade (2026–2027 School Year): ____________</w:t>
      </w:r>
    </w:p>
    <w:p>
      <w:r>
        <w:t>School Attending: ___________________________</w:t>
      </w:r>
    </w:p>
    <w:p>
      <w:r>
        <w:t>Primary Position(s): ________________________</w:t>
      </w:r>
    </w:p>
    <w:p>
      <w:r>
        <w:t>Throws: ☐ Right   ☐ Left</w:t>
      </w:r>
    </w:p>
    <w:p>
      <w:r>
        <w:t>Bats: ☐ Right   ☐ Left   ☐ Switch</w:t>
      </w:r>
    </w:p>
    <w:p>
      <w:r>
        <w:t>Previous Team (if applicable): ______________________________</w:t>
      </w:r>
    </w:p>
    <w:p>
      <w:r>
        <w:t>Jersey Size: ____________________</w:t>
      </w:r>
    </w:p>
    <w:p>
      <w:r>
        <w:t>Preferred Jersey Number (1st Choice): ______  2nd Choice: ______</w:t>
      </w:r>
    </w:p>
    <w:p>
      <w:pPr>
        <w:pStyle w:val="Heading2"/>
      </w:pPr>
      <w:r>
        <w:t>PARENT / GUARDIAN INFORMATION</w:t>
      </w:r>
    </w:p>
    <w:p>
      <w:r>
        <w:t>Parent/Guardian Name: ______________________________</w:t>
      </w:r>
    </w:p>
    <w:p>
      <w:r>
        <w:t>Relationship to Player: _____________________________</w:t>
      </w:r>
    </w:p>
    <w:p>
      <w:r>
        <w:t>Cell Phone: ________________________________________</w:t>
      </w:r>
    </w:p>
    <w:p>
      <w:r>
        <w:t>Email Address: _____________________________________</w:t>
      </w:r>
    </w:p>
    <w:p>
      <w:r>
        <w:t>Home Address: ______________________________________</w:t>
      </w:r>
    </w:p>
    <w:p>
      <w:r>
        <w:t>____________________________________________________</w:t>
      </w:r>
    </w:p>
    <w:p>
      <w:pPr>
        <w:pStyle w:val="Heading2"/>
      </w:pPr>
      <w:r>
        <w:t>EMERGENCY CONTACT</w:t>
      </w:r>
    </w:p>
    <w:p>
      <w:r>
        <w:t>Name: _____________________________________________</w:t>
      </w:r>
    </w:p>
    <w:p>
      <w:r>
        <w:t>Relationship: ______________________________________</w:t>
      </w:r>
    </w:p>
    <w:p>
      <w:r>
        <w:t>Phone Number: _____________________________________</w:t>
      </w:r>
    </w:p>
    <w:p>
      <w:pPr>
        <w:pStyle w:val="Heading2"/>
      </w:pPr>
      <w:r>
        <w:t>MEDICAL INFORMATION</w:t>
      </w:r>
    </w:p>
    <w:p>
      <w:r>
        <w:t>Please list any medical conditions, allergies, asthma, medications, or injuries we should know about:</w:t>
      </w:r>
    </w:p>
    <w:p>
      <w:r>
        <w:t>____________________________________________________</w:t>
      </w:r>
    </w:p>
    <w:p>
      <w:r>
        <w:t>____________________________________________________</w:t>
      </w:r>
    </w:p>
    <w:p>
      <w:pPr>
        <w:pStyle w:val="Heading2"/>
      </w:pPr>
      <w:r>
        <w:t>PLAYER &amp; PARENT AGREEMENT</w:t>
      </w:r>
    </w:p>
    <w:p>
      <w:r>
        <w:t>I understand that participation in baseball involves physical activity and inherent risks. I certify that my child is physically able to participate. I agree to follow the rules and expectations of the Santa Maria Indians organization.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Parent/Guardian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br/>
              <w:br/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pStyle w:val="Heading2"/>
      </w:pPr>
      <w:r>
        <w:t>FOR ORGANIZATION USE ONLY</w:t>
      </w:r>
    </w:p>
    <w:p>
      <w:r>
        <w:t>☐ Application Received</w:t>
      </w:r>
    </w:p>
    <w:p>
      <w:r>
        <w:t>☐ Payment Received</w:t>
      </w:r>
    </w:p>
    <w:p>
      <w:r>
        <w:t>Assigned Team: _____________________________</w:t>
      </w:r>
    </w:p>
    <w:p>
      <w:r>
        <w:t>Coach: ____________________________________</w:t>
      </w:r>
    </w:p>
    <w:p>
      <w:r>
        <w:t>Notes: 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